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School Admission Application Form</w:t>
      </w:r>
    </w:p>
    <w:p>
      <w:r>
        <w:t>(As per CBSE &amp; Karnataka State Government Norms)</w:t>
      </w:r>
    </w:p>
    <w:p>
      <w:r>
        <w:t>School Name: ___________________________________________</w:t>
      </w:r>
    </w:p>
    <w:p>
      <w:r>
        <w:t>Affiliation Number: _______________</w:t>
      </w:r>
    </w:p>
    <w:p>
      <w:r>
        <w:t>School Code: _______________</w:t>
      </w:r>
    </w:p>
    <w:p>
      <w:r>
        <w:t>Academic Year: _______________</w:t>
      </w:r>
    </w:p>
    <w:p>
      <w:pPr>
        <w:pStyle w:val="Heading2"/>
      </w:pPr>
      <w:r>
        <w:t>A. Student Details</w:t>
      </w:r>
    </w:p>
    <w:p>
      <w:r>
        <w:t>Full Name of the Student (in BLOCK letters): _________________________________________</w:t>
      </w:r>
    </w:p>
    <w:p>
      <w:r>
        <w:t>Date of Birth (DD/MM/YYYY): ___________ (In words): ______________________________</w:t>
      </w:r>
    </w:p>
    <w:p>
      <w:r>
        <w:t>Gender: ☐ Male ☐ Female ☐ Others</w:t>
      </w:r>
    </w:p>
    <w:p>
      <w:r>
        <w:t>Nationality: ____________________________</w:t>
      </w:r>
    </w:p>
    <w:p>
      <w:r>
        <w:t>Religion/Caste: __________________________</w:t>
      </w:r>
    </w:p>
    <w:p>
      <w:r>
        <w:t>Mother Tongue: _________________________</w:t>
      </w:r>
    </w:p>
    <w:p>
      <w:r>
        <w:t>Blood Group: ___________________________</w:t>
      </w:r>
    </w:p>
    <w:p>
      <w:r>
        <w:t>Aadhaar Number: ________________________</w:t>
      </w:r>
    </w:p>
    <w:p>
      <w:r>
        <w:t>Class for which admission is sought: _______________</w:t>
      </w:r>
    </w:p>
    <w:p>
      <w:r>
        <w:t>First Language (Mandatory): ______________________</w:t>
      </w:r>
    </w:p>
    <w:p>
      <w:r>
        <w:t>Optional Language (Select one): ☐ Kannada ☐ Sanskrit ☐ Hindi ☐ Urdu ☐ Other: ___________</w:t>
      </w:r>
    </w:p>
    <w:p>
      <w:pPr>
        <w:pStyle w:val="Heading2"/>
      </w:pPr>
      <w:r>
        <w:t>B. Sibling Details</w:t>
      </w:r>
    </w:p>
    <w:p>
      <w:r>
        <w:t>Sibling 1 Name: ___________________________________________</w:t>
      </w:r>
    </w:p>
    <w:p>
      <w:r>
        <w:t xml:space="preserve">  - Gender: ☐ Male ☐ Female</w:t>
      </w:r>
    </w:p>
    <w:p>
      <w:r>
        <w:t xml:space="preserve">  - Date of Birth: _______________</w:t>
      </w:r>
    </w:p>
    <w:p>
      <w:r>
        <w:t xml:space="preserve">  - Studying at: ________________________________________________</w:t>
      </w:r>
    </w:p>
    <w:p>
      <w:r>
        <w:t xml:space="preserve">  - Class &amp; Section: _____________________</w:t>
      </w:r>
    </w:p>
    <w:p>
      <w:r>
        <w:t xml:space="preserve">  - Admission Number (if same school): ____________________________</w:t>
      </w:r>
    </w:p>
    <w:p/>
    <w:p>
      <w:r>
        <w:t>Sibling 2 Name: ___________________________________________</w:t>
      </w:r>
    </w:p>
    <w:p>
      <w:r>
        <w:t xml:space="preserve">  - Gender: ☐ Male ☐ Female</w:t>
      </w:r>
    </w:p>
    <w:p>
      <w:r>
        <w:t xml:space="preserve">  - Date of Birth: _______________</w:t>
      </w:r>
    </w:p>
    <w:p>
      <w:r>
        <w:t xml:space="preserve">  - Studying at: ________________________________________________</w:t>
      </w:r>
    </w:p>
    <w:p>
      <w:r>
        <w:t xml:space="preserve">  - Class &amp; Section: _____________________</w:t>
      </w:r>
    </w:p>
    <w:p>
      <w:r>
        <w:t xml:space="preserve">  - Admission Number (if same school): ____________________________</w:t>
      </w:r>
    </w:p>
    <w:p/>
    <w:p>
      <w:r>
        <w:t>☐ More siblings attached on a separate sheet (if applicable)</w:t>
      </w:r>
    </w:p>
    <w:p>
      <w:pPr>
        <w:pStyle w:val="Heading2"/>
      </w:pPr>
      <w:r>
        <w:t>C. Parent/Guardian Details</w:t>
      </w:r>
    </w:p>
    <w:p>
      <w:r>
        <w:t>Father’s Details</w:t>
      </w:r>
    </w:p>
    <w:p>
      <w:r>
        <w:t>- Name: __________________________________</w:t>
      </w:r>
    </w:p>
    <w:p>
      <w:r>
        <w:t>- Qualification: ____________________________</w:t>
      </w:r>
    </w:p>
    <w:p>
      <w:r>
        <w:t>- Occupation: _____________________________</w:t>
      </w:r>
    </w:p>
    <w:p>
      <w:r>
        <w:t>- Office Address: ___________________________</w:t>
      </w:r>
    </w:p>
    <w:p>
      <w:r>
        <w:t>- Mobile Number: __________________________</w:t>
      </w:r>
    </w:p>
    <w:p>
      <w:r>
        <w:t>- Email ID: _______________________________</w:t>
      </w:r>
    </w:p>
    <w:p/>
    <w:p>
      <w:r>
        <w:t>Mother’s Details</w:t>
      </w:r>
    </w:p>
    <w:p>
      <w:r>
        <w:t>- Name: __________________________________</w:t>
      </w:r>
    </w:p>
    <w:p>
      <w:r>
        <w:t>- Qualification: ____________________________</w:t>
      </w:r>
    </w:p>
    <w:p>
      <w:r>
        <w:t>- Occupation: _____________________________</w:t>
      </w:r>
    </w:p>
    <w:p>
      <w:r>
        <w:t>- Office Address: ___________________________</w:t>
      </w:r>
    </w:p>
    <w:p>
      <w:r>
        <w:t>- Mobile Number: __________________________</w:t>
      </w:r>
    </w:p>
    <w:p>
      <w:r>
        <w:t>- Email ID: _______________________________</w:t>
      </w:r>
    </w:p>
    <w:p/>
    <w:p>
      <w:r>
        <w:t>Guardian (if applicable)</w:t>
      </w:r>
    </w:p>
    <w:p>
      <w:r>
        <w:t>- Name: __________________________________</w:t>
      </w:r>
    </w:p>
    <w:p>
      <w:r>
        <w:t>- Relationship: ____________________________</w:t>
      </w:r>
    </w:p>
    <w:p>
      <w:r>
        <w:t>- Contact Number: _________________________</w:t>
      </w:r>
    </w:p>
    <w:p>
      <w:pPr>
        <w:pStyle w:val="Heading2"/>
      </w:pPr>
      <w:r>
        <w:t>D. Address for Communication</w:t>
      </w:r>
    </w:p>
    <w:p>
      <w:r>
        <w:t>House No./Name: ____________________________</w:t>
      </w:r>
    </w:p>
    <w:p>
      <w:r>
        <w:t>Street: _____________________________________</w:t>
      </w:r>
    </w:p>
    <w:p>
      <w:r>
        <w:t>Area/Locality: _______________________________</w:t>
      </w:r>
    </w:p>
    <w:p>
      <w:r>
        <w:t>Town/City: __________________________________</w:t>
      </w:r>
    </w:p>
    <w:p>
      <w:r>
        <w:t>District: ____________________________________</w:t>
      </w:r>
    </w:p>
    <w:p>
      <w:r>
        <w:t>State: ______________________________________</w:t>
      </w:r>
    </w:p>
    <w:p>
      <w:r>
        <w:t>Pincode: ____________________________________</w:t>
      </w:r>
    </w:p>
    <w:p>
      <w:pPr>
        <w:pStyle w:val="Heading2"/>
      </w:pPr>
      <w:r>
        <w:t>E. Academic Details</w:t>
      </w:r>
    </w:p>
    <w:p>
      <w:r>
        <w:t>Last School Attended: _________________________________</w:t>
      </w:r>
    </w:p>
    <w:p>
      <w:r>
        <w:t>Board Affiliation (CBSE/ICSE/State): ____________________</w:t>
      </w:r>
    </w:p>
    <w:p>
      <w:r>
        <w:t>Medium of Instruction: _________________________________</w:t>
      </w:r>
    </w:p>
    <w:p>
      <w:r>
        <w:t>Class Last Studied: ____________________________________</w:t>
      </w:r>
    </w:p>
    <w:p>
      <w:r>
        <w:t>TC Number &amp; Date (if applicable): _______________________</w:t>
      </w:r>
    </w:p>
    <w:p>
      <w:pPr>
        <w:pStyle w:val="Heading2"/>
      </w:pPr>
      <w:r>
        <w:t>F. Documents to be Submitted (attach copies)</w:t>
      </w:r>
    </w:p>
    <w:p>
      <w:r>
        <w:t>☐ Birth Certificate</w:t>
      </w:r>
    </w:p>
    <w:p>
      <w:r>
        <w:t>☐ Transfer Certificate (TC)</w:t>
      </w:r>
    </w:p>
    <w:p>
      <w:r>
        <w:t>☐ Aadhaar Card (Student &amp; Parents)</w:t>
      </w:r>
    </w:p>
    <w:p>
      <w:r>
        <w:t>☐ 4 Passport-size Photographs</w:t>
      </w:r>
    </w:p>
    <w:p>
      <w:r>
        <w:t>☐ Caste Certificate (if applicable)</w:t>
      </w:r>
    </w:p>
    <w:p>
      <w:r>
        <w:t>☐ Address Proof (Ration Card / Voter ID / Electricity Bill)</w:t>
      </w:r>
    </w:p>
    <w:p>
      <w:r>
        <w:t>☐ Previous Report Card</w:t>
      </w:r>
    </w:p>
    <w:p>
      <w:r>
        <w:t>☐ Medical Fitness Certificate</w:t>
      </w:r>
    </w:p>
    <w:p>
      <w:r>
        <w:t>☐ Migration Certificate (if required)</w:t>
      </w:r>
    </w:p>
    <w:p>
      <w:pPr>
        <w:pStyle w:val="Heading2"/>
      </w:pPr>
      <w:r>
        <w:t>G. Declaration by the Parent/Guardian</w:t>
      </w:r>
    </w:p>
    <w:p>
      <w:r>
        <w:t>I/we hereby declare that the information provided in this application is true and complete to the best of my/our knowledge. I/we understand that any false information will result in the cancellation of admission. I/we agree to abide by the rules, regulations, and decisions of the school management and the CBSE board.</w:t>
        <w:br/>
        <w:br/>
        <w:t>I/we also undertake that my/our ward will maintain discipline, attend school regularly, and follow the school's code of conduct.</w:t>
        <w:br/>
        <w:br/>
        <w:t>Signature of Father: _______________________</w:t>
        <w:br/>
        <w:t>Signature of Mother: _______________________</w:t>
        <w:br/>
        <w:t>Date: _______________</w:t>
        <w:br/>
        <w:t>Place: _______________</w:t>
      </w:r>
    </w:p>
    <w:p>
      <w:pPr>
        <w:pStyle w:val="Heading2"/>
      </w:pPr>
      <w:r>
        <w:t>H. For Office Use Only</w:t>
      </w:r>
    </w:p>
    <w:p>
      <w:r>
        <w:t>Application Received On: _____________________</w:t>
      </w:r>
    </w:p>
    <w:p>
      <w:r>
        <w:t>Verified by: _________________________________</w:t>
      </w:r>
    </w:p>
    <w:p>
      <w:r>
        <w:t>Documents Verified: ☐ Yes ☐ No</w:t>
      </w:r>
    </w:p>
    <w:p>
      <w:r>
        <w:t>Admission Granted: ☐ Yes ☐ No</w:t>
      </w:r>
    </w:p>
    <w:p>
      <w:r>
        <w:t>Class Admitted To: ___________________________</w:t>
      </w:r>
    </w:p>
    <w:p>
      <w:r>
        <w:t>Admission Number: ___________________________</w:t>
      </w:r>
    </w:p>
    <w:p>
      <w:r>
        <w:t>Date of Admission: ___________________________</w:t>
      </w:r>
    </w:p>
    <w:p>
      <w:r>
        <w:t>Remarks (if any): _____________________________</w:t>
      </w:r>
    </w:p>
    <w:p>
      <w:r>
        <w:t>Signature of Principal/Headmaster: ________________________</w:t>
      </w:r>
    </w:p>
    <w:p>
      <w:r>
        <w:t>Seal of the School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